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כמו גיאופיט, בצל ואבקנים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תופעות טבע בסתיו כמו פריחת החצב והגעת ציפורים נודדות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מהם חוקי הגנת הטבע על פרחי 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צמח עם איבר אגירה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כך פחות תחרות על המאביקים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אסור לקטוף, לעקור או לפגוע בהם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נחליאלי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לייצר מזון ולשלוח אותו לבצל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הוכחה מדעית לכך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לתאר את פריחת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פרחי בר מוגנים על פי 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היא מגיעה מצפון ונשארת לחורף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גיאופיט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מאביקים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נודדות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(צמח עם איבר אגירה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סתווי עם 3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(פרח סתווי עם 6 אבקנים)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(פורח כשיש מעט תחרות על מאביקים)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(ציפור שמגיעה מצפון לחורף)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לשמור על הטבע ולאפשר לצמחים להתרבות ולשרוד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האבקנים שונה - 3 לכרכום ו-6 לסתוונית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 וליצירה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מסביר שהבצל שומר מזון ומים לצמח בתקופה הקשה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גיאופיט - צמח עם בצל מתחת לאדמה, דוגמה: חצב או כרכום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הטבע ולאפשר לצמחים לשרוד ולהתרבות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העלים מייצרים מזון ושולחים אותו לבצל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החידון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תמונות של חצב וכרכום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שיחה על חשיבות המאביקים בטבע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סודות הפריחה בסתיו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בסתיו קורים בטבע שינויים מיוחדים: פרחים כמו כרכום וחצב פורחים, וציפורים נודדות מגיעות מצפון. דף זה מתרגל את המושגים האלה.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גיאופיט?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 שגדל רק במדבר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צמח עם איבר אגירה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ציפור נודדת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אבקנים יש לכרכום?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אבקנים יש לסתוונית?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החצב פורח כשיש מעט פרחים אחרים?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אוהב 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כך פחות תחרות על המאביקים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 החוק על פרחי בר מוגנים?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לקטוף מעט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לקטוף, לעקור או לפגוע בהם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מותר רק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לקטוף אם הם שכיחים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ציפור מגיעה מצפון ונשארת כל החורף?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חסידה לבנה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נחליאלי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תפקיד העלים של החצב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על הפרחים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לייצר מזון ולשלוח אותו לבצל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לפזר 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להגן מפני ציפורים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גיאופיט הוא צמח עם בצל מתחת לאדמה.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לאמונה שחצב גבוה מבשר חורף גשום יש הוכחה מדעית.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בסתיו לפני שיש לו עלים.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לקטוף כל פרח בר שרוצים.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הנחליאלי הלבן הוא ציפור נודדת שמגיעה בסתיו.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צמח עם איבר אגירה מתחת לאדמה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החלק בפרח שמייצר אבקה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מעבירים אבקה בין פרחים ועוזרים להפריה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איבר אגירה מתחת לאדמה ששומר מזון לצמח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בסתיו מגיעות לארץ ציפורים __________ מצפון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גיאופיט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שמגיעה מצפון לחורף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כרכום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פורח כשיש מעט תחרות על מאביקים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 סתווי עם 3 אבקנים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צמח עם איבר אגירה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נחליאלי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סתווי עם 6 אבקנים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אסור לקטוף פרחי בר מוגנים.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כרכום לסתוונית?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למחשבה וליצירה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או תארו צמח גיאופיט ותסבירו איך הבצל עוזר לו לשרוד את הקיץ היבש.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גיאופיט? תנו דוגמה אחת.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לקטוף פרחי בר מוגנים?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לעלים של החצב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סודות הפריחה בסתיו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