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גיאופיט, בצל ואבקנים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תופעות טבע בסתיו כמו פריחת החצב והגעת ציפורים נודדות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חוקי הגנת הטבע על פרחי 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צמח עם איבר אגירה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כך פחות תחרות על המאביקים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אסור לקטוף, לעקור או לפגוע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נחליאלי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לייצר מזון ולשלוח אותו לבצל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גיאופיט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הוכחה מדעית לכך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לתאר את פריחת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פרחי בר מוגנים על פי 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מגיעה מצפון ונשארת לחורף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גיאופיט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מאביקים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נודדות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(צמח עם איבר אגירה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(פרח סתווי עם 3 אבקנים)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(פרח סתווי עם 6 אבקנים)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(פורח כשיש מעט תחרות על מאביקים)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(ציפור שמגיעה מצפון לחורף)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לשמור על הטבע ולאפשר לצמחים להתרבות ולשרוד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 האבקנים שונה - 3 לכרכום ו-6 לסתוונית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 וליצירה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 שהבצל שומר מזון ומים לצמח בתקופה הקשה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גיאופיט - צמח עם בצל מתחת לאדמה, דוגמה: חצב או כרכום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הטבע ולאפשר לצמחים לשרוד ולהתרבות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העלים מייצרים מזון ושולחים אותו לבצל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החידון במליאה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תמונות של חצב וכרכום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שיחה על חשיבות המאביקים בטבע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בסתיו יש שינויים בטבע. פרחים פורחים וציפורים מגיעות. נלמד מילים חדשות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גיאופיט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עם איבר אגירה מתחת לאדמה, כמו בצל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של הצמח מתחת לאדמה ששומר 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אבקנים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בפרח שמייצר אבקה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מאביקים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חרקים או בעלי חיים שמעבירים אבקה בין 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ציפור נודדת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שעפה למקום אחר בעונות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כשהפרח נפתח ומראה את העלים הצבעוניים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הגנת הטבע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חוקים ששומרים על צמחים ובעלי חיים בטבע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גיאופיט?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צמח שגדל רק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צמח עם איבר אגירה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 נודדת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אבקנים לכרכום?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אבקנים לסתוונית?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החצב פורח כשיש מעט פרחים?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אוהב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כך פחות תחרות על המאביקים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לו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לעשות לפרחי 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מותר לקטוף מעט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לקטוף, לעקור או לפגוע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רק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לקטוף אם הם שכיחים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ציפור מגיעה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עושים העלים של החצב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הפרחים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לייצר מזון ולשלוח אותו לבצל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לפזר 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להגן מפני ציפורים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גיאופיט הוא צמח עם בצל מתחת לאדמה.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לאמונה שחצב גבוה מבשר חורף גשום יש הוכחה מדעית.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בסתיו לפני שיש לו עלים.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כל פרח בר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הנחליאלי הלבן הוא ציפור נודדת שמגיעה בסתיו.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צמח עם איבר אגירה מתחת לאדמה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החלק בפרח שמייצר אבקה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מעבירים אבקה בין פרחים ועוזרים להפריה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איבר אגירה מתחת לאדמה ששומר מזון לצמח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בסתיו מגיעות לארץ ציפורים __________ מצפון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גיאופיט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פורח כשיש מעט תחרות על מאביקים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צמח עם איבר אגירה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פרח סתווי עם 3 אבקנים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ציפור שמגיעה מצפון לחורף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נחליאלי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סתווי עם 6 אבקנים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אסור לקטוף פרחי בר מוגנים.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כרכום לסתוונית?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למחשבה וליצירה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תארו צמח גיאופיט ותסבירו איך הבצל עוזר לו לשרוד את הקיץ היבש.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גיאופיט?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לא לקטוף פרחי בר מוגנים?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לעלים של החצב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הפריחה בסתיו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