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בסתיו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גיאופיט, בצל ואבקנים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תופעות טבע בסתיו כמו פריחת החצב והגעת ציפורים נודדות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מהם חוקי הגנת הטבע על פרחי 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צמח עם איבר אגירה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כך פחות תחרות על המאביקים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גיאופיט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הוכחה מדעית לכך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גיאופיט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(צמח עם איבר אגירה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(פרח סתווי עם 3 אבקנים)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(פרח סתווי עם 6 אבקנים)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(פורח כשיש מעט תחרות על מאביקים)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לשמור על הטבע ולאפשר לצמחים להתרבות ולשרוד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למחשבה וליצירה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מסביר שהבצל שומר מזון ומים לצמח בתקופה הקשה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גיאופיט - צמח עם בצל מתחת לאדמה, דוגמה: חצב או כרכום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הטבע ולאפשר לצמחים לשרוד ולהתרבות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העלים מייצרים מזון ושולחים אותו לבצל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החידון במליאה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תמונות של חצב וכרכום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שיחה על חשיבות המאביקים בטבע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בסתיו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בסתיו קורים בטבע שינויים מיוחדים: פרחים כמו כרכום וחצב פורחים, וציפורים נודדות מגיעות מצפון. דף זה מתרגל את המושגים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אבקן  ·  גיאופיט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גיאופיט?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צמח שגדל רק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צמח עם איבר אגירה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ציפור נודדת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אבקנים יש לכרכום?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החצב פורח כשיש מעט פרחים 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הוא אוהב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כך פחות תחרות על המאביקים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אין לו בצל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גיאופיט הוא צמח עם בצל מתחת לאדמה.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לאמונה שחצב גבוה מבשר חורף גשום יש הוכחה מדעית.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צמח עם איבר אגירה מתחת לאדמה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החלק בפרח שמייצר אבקה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גיאופיט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פורח כשיש מעט תחרות על מאביקים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צמח עם איבר אגירה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סתוונית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פרח סתווי עם 3 אבקנים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פרח סתווי עם 6 אבקנים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אסור לקטוף פרחי בר מוגנים.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למחשבה וליצירה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או תארו צמח גיאופיט ותסבירו איך הבצל עוזר לו לשרוד את הקיץ היבש.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גיאופיט? תנו דוגמה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לא לקטוף פרחי בר מוגנים?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סודות הפריחה בסתיו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